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086C3E" w14:textId="77777777" w:rsidR="00A97063" w:rsidRPr="004B3F0A" w:rsidRDefault="00A97063">
      <w:pPr>
        <w:spacing w:after="20"/>
        <w:rPr>
          <w:sz w:val="24"/>
          <w:szCs w:val="24"/>
        </w:rPr>
      </w:pPr>
    </w:p>
    <w:tbl>
      <w:tblPr>
        <w:tblW w:w="9866" w:type="dxa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A97063" w:rsidRPr="004B3F0A" w14:paraId="56B0FF9B" w14:textId="77777777" w:rsidTr="00AF6C00">
        <w:trPr>
          <w:jc w:val="center"/>
        </w:trPr>
        <w:tc>
          <w:tcPr>
            <w:tcW w:w="49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2D6574" w14:textId="77777777" w:rsidR="00A97063" w:rsidRPr="004B3F0A" w:rsidRDefault="0082368D">
            <w:pPr>
              <w:spacing w:after="0"/>
              <w:rPr>
                <w:sz w:val="24"/>
                <w:szCs w:val="24"/>
              </w:rPr>
            </w:pPr>
            <w:r w:rsidRPr="004B3F0A">
              <w:rPr>
                <w:b/>
                <w:sz w:val="24"/>
                <w:szCs w:val="24"/>
              </w:rPr>
              <w:t>Program Adı: ................................................</w:t>
            </w:r>
          </w:p>
        </w:tc>
        <w:tc>
          <w:tcPr>
            <w:tcW w:w="49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9A18A9" w14:textId="77777777" w:rsidR="00A97063" w:rsidRPr="004B3F0A" w:rsidRDefault="0068613F">
            <w:pPr>
              <w:spacing w:after="0"/>
              <w:rPr>
                <w:sz w:val="24"/>
                <w:szCs w:val="24"/>
              </w:rPr>
            </w:pPr>
            <w:proofErr w:type="spellStart"/>
            <w:r w:rsidRPr="0068613F">
              <w:rPr>
                <w:b/>
                <w:sz w:val="24"/>
                <w:szCs w:val="24"/>
              </w:rPr>
              <w:t>Staj</w:t>
            </w:r>
            <w:proofErr w:type="spellEnd"/>
            <w:r w:rsidRPr="0068613F">
              <w:rPr>
                <w:b/>
                <w:sz w:val="24"/>
                <w:szCs w:val="24"/>
              </w:rPr>
              <w:t>/</w:t>
            </w:r>
            <w:proofErr w:type="spellStart"/>
            <w:r w:rsidRPr="0068613F">
              <w:rPr>
                <w:b/>
                <w:sz w:val="24"/>
                <w:szCs w:val="24"/>
              </w:rPr>
              <w:t>Uygulama</w:t>
            </w:r>
            <w:proofErr w:type="spellEnd"/>
            <w:r w:rsidRPr="0068613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2368D" w:rsidRPr="004B3F0A">
              <w:rPr>
                <w:b/>
                <w:sz w:val="24"/>
                <w:szCs w:val="24"/>
              </w:rPr>
              <w:t>Yapan</w:t>
            </w:r>
            <w:proofErr w:type="spellEnd"/>
            <w:r w:rsidR="0082368D" w:rsidRPr="004B3F0A">
              <w:rPr>
                <w:b/>
                <w:sz w:val="24"/>
                <w:szCs w:val="24"/>
              </w:rPr>
              <w:t xml:space="preserve"> Öğrenci </w:t>
            </w:r>
            <w:proofErr w:type="spellStart"/>
            <w:r w:rsidR="0082368D" w:rsidRPr="004B3F0A">
              <w:rPr>
                <w:b/>
                <w:sz w:val="24"/>
                <w:szCs w:val="24"/>
              </w:rPr>
              <w:t>Sayısı</w:t>
            </w:r>
            <w:proofErr w:type="spellEnd"/>
            <w:r w:rsidR="0082368D" w:rsidRPr="004B3F0A">
              <w:rPr>
                <w:b/>
                <w:sz w:val="24"/>
                <w:szCs w:val="24"/>
              </w:rPr>
              <w:t>: ..........</w:t>
            </w:r>
          </w:p>
        </w:tc>
      </w:tr>
      <w:tr w:rsidR="00A97063" w:rsidRPr="004B3F0A" w14:paraId="72614709" w14:textId="77777777" w:rsidTr="00AF6C00">
        <w:trPr>
          <w:jc w:val="center"/>
        </w:trPr>
        <w:tc>
          <w:tcPr>
            <w:tcW w:w="49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4AD305" w14:textId="77777777" w:rsidR="00A97063" w:rsidRPr="004B3F0A" w:rsidRDefault="0068613F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Staj</w:t>
            </w:r>
            <w:proofErr w:type="spell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Uygulama</w:t>
            </w:r>
            <w:proofErr w:type="spellEnd"/>
            <w:r w:rsidR="0082368D" w:rsidRPr="004B3F0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2368D" w:rsidRPr="004B3F0A">
              <w:rPr>
                <w:b/>
                <w:sz w:val="24"/>
                <w:szCs w:val="24"/>
              </w:rPr>
              <w:t>Yapılan</w:t>
            </w:r>
            <w:proofErr w:type="spellEnd"/>
            <w:r w:rsidR="0082368D" w:rsidRPr="004B3F0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2368D" w:rsidRPr="004B3F0A">
              <w:rPr>
                <w:b/>
                <w:sz w:val="24"/>
                <w:szCs w:val="24"/>
              </w:rPr>
              <w:t>Kurum</w:t>
            </w:r>
            <w:proofErr w:type="spellEnd"/>
            <w:r w:rsidR="0082368D" w:rsidRPr="004B3F0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2368D" w:rsidRPr="004B3F0A">
              <w:rPr>
                <w:b/>
                <w:sz w:val="24"/>
                <w:szCs w:val="24"/>
              </w:rPr>
              <w:t>Sayısı</w:t>
            </w:r>
            <w:proofErr w:type="spellEnd"/>
            <w:r w:rsidR="0082368D" w:rsidRPr="004B3F0A">
              <w:rPr>
                <w:b/>
                <w:sz w:val="24"/>
                <w:szCs w:val="24"/>
              </w:rPr>
              <w:t>: ..........</w:t>
            </w:r>
          </w:p>
        </w:tc>
        <w:tc>
          <w:tcPr>
            <w:tcW w:w="49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8E4E5E" w14:textId="11BE278F" w:rsidR="00A97063" w:rsidRPr="004B3F0A" w:rsidRDefault="0082368D">
            <w:pPr>
              <w:spacing w:after="0"/>
              <w:rPr>
                <w:sz w:val="24"/>
                <w:szCs w:val="24"/>
              </w:rPr>
            </w:pPr>
            <w:r w:rsidRPr="004B3F0A">
              <w:rPr>
                <w:b/>
                <w:sz w:val="24"/>
                <w:szCs w:val="24"/>
              </w:rPr>
              <w:t>Değerlendirmeye Katılan Dış Paydaş Sayısı: ..........</w:t>
            </w:r>
            <w:r w:rsidR="00AF6C00" w:rsidRPr="00AF6C00">
              <w:rPr>
                <w:b/>
                <w:sz w:val="24"/>
                <w:szCs w:val="24"/>
              </w:rPr>
              <w:t>..........................................................</w:t>
            </w:r>
          </w:p>
        </w:tc>
      </w:tr>
      <w:tr w:rsidR="00AF6C00" w:rsidRPr="004B3F0A" w14:paraId="4A74A461" w14:textId="77777777" w:rsidTr="00AF6C00">
        <w:trPr>
          <w:jc w:val="center"/>
        </w:trPr>
        <w:tc>
          <w:tcPr>
            <w:tcW w:w="9866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7D13FD" w14:textId="154DAA8C" w:rsidR="00AF6C00" w:rsidRPr="004B3F0A" w:rsidRDefault="00AF6C00">
            <w:pPr>
              <w:spacing w:after="0"/>
              <w:rPr>
                <w:sz w:val="24"/>
                <w:szCs w:val="24"/>
              </w:rPr>
            </w:pPr>
            <w:proofErr w:type="spellStart"/>
            <w:r w:rsidRPr="0068613F">
              <w:rPr>
                <w:b/>
                <w:sz w:val="24"/>
                <w:szCs w:val="24"/>
              </w:rPr>
              <w:t>Staj</w:t>
            </w:r>
            <w:proofErr w:type="spellEnd"/>
            <w:r w:rsidRPr="0068613F">
              <w:rPr>
                <w:b/>
                <w:sz w:val="24"/>
                <w:szCs w:val="24"/>
              </w:rPr>
              <w:t>/</w:t>
            </w:r>
            <w:proofErr w:type="spellStart"/>
            <w:r w:rsidRPr="0068613F">
              <w:rPr>
                <w:b/>
                <w:sz w:val="24"/>
                <w:szCs w:val="24"/>
              </w:rPr>
              <w:t>Uygulama</w:t>
            </w:r>
            <w:proofErr w:type="spellEnd"/>
            <w:r w:rsidRPr="004B3F0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B3F0A">
              <w:rPr>
                <w:b/>
                <w:sz w:val="24"/>
                <w:szCs w:val="24"/>
              </w:rPr>
              <w:t>Dönemi</w:t>
            </w:r>
            <w:proofErr w:type="spellEnd"/>
            <w:r w:rsidRPr="004B3F0A">
              <w:rPr>
                <w:b/>
                <w:sz w:val="24"/>
                <w:szCs w:val="24"/>
              </w:rPr>
              <w:t xml:space="preserve"> / </w:t>
            </w:r>
            <w:proofErr w:type="spellStart"/>
            <w:r w:rsidRPr="004B3F0A">
              <w:rPr>
                <w:b/>
                <w:sz w:val="24"/>
                <w:szCs w:val="24"/>
              </w:rPr>
              <w:t>Tarih</w:t>
            </w:r>
            <w:proofErr w:type="spellEnd"/>
            <w:r w:rsidRPr="004B3F0A">
              <w:rPr>
                <w:b/>
                <w:sz w:val="24"/>
                <w:szCs w:val="24"/>
              </w:rPr>
              <w:t xml:space="preserve"> Aralığı: ................................</w:t>
            </w:r>
            <w:r w:rsidRPr="00AF6C00">
              <w:rPr>
                <w:b/>
                <w:sz w:val="24"/>
                <w:szCs w:val="24"/>
              </w:rPr>
              <w:t>....................................</w:t>
            </w:r>
          </w:p>
        </w:tc>
      </w:tr>
    </w:tbl>
    <w:p w14:paraId="77D30469" w14:textId="77777777" w:rsidR="00A97063" w:rsidRPr="004B3F0A" w:rsidRDefault="00A97063">
      <w:pPr>
        <w:spacing w:after="20"/>
        <w:rPr>
          <w:sz w:val="24"/>
          <w:szCs w:val="24"/>
        </w:rPr>
      </w:pPr>
    </w:p>
    <w:p w14:paraId="755D34EA" w14:textId="77777777" w:rsidR="00A97063" w:rsidRPr="004B3F0A" w:rsidRDefault="0082368D">
      <w:pPr>
        <w:spacing w:before="40" w:after="40"/>
        <w:rPr>
          <w:sz w:val="24"/>
          <w:szCs w:val="24"/>
        </w:rPr>
      </w:pPr>
      <w:r w:rsidRPr="004B3F0A">
        <w:rPr>
          <w:b/>
          <w:sz w:val="24"/>
          <w:szCs w:val="24"/>
        </w:rPr>
        <w:t>1. Dış Paydaşların Beklentileri</w:t>
      </w:r>
    </w:p>
    <w:p w14:paraId="13C3F01E" w14:textId="77777777" w:rsidR="00A97063" w:rsidRPr="004B3F0A" w:rsidRDefault="0082368D" w:rsidP="004B3F0A">
      <w:pPr>
        <w:pStyle w:val="ListeParagraf"/>
        <w:numPr>
          <w:ilvl w:val="0"/>
          <w:numId w:val="12"/>
        </w:numPr>
        <w:spacing w:after="20"/>
        <w:rPr>
          <w:sz w:val="24"/>
          <w:szCs w:val="24"/>
        </w:rPr>
      </w:pPr>
      <w:r w:rsidRPr="004B3F0A">
        <w:rPr>
          <w:sz w:val="24"/>
          <w:szCs w:val="24"/>
        </w:rPr>
        <w:t>................................................................................................................</w:t>
      </w:r>
    </w:p>
    <w:p w14:paraId="5EDF7328" w14:textId="77777777" w:rsidR="00A97063" w:rsidRPr="004B3F0A" w:rsidRDefault="0082368D" w:rsidP="004B3F0A">
      <w:pPr>
        <w:pStyle w:val="ListeParagraf"/>
        <w:numPr>
          <w:ilvl w:val="0"/>
          <w:numId w:val="12"/>
        </w:numPr>
        <w:spacing w:after="20"/>
        <w:rPr>
          <w:sz w:val="24"/>
          <w:szCs w:val="24"/>
        </w:rPr>
      </w:pPr>
      <w:r w:rsidRPr="004B3F0A">
        <w:rPr>
          <w:sz w:val="24"/>
          <w:szCs w:val="24"/>
        </w:rPr>
        <w:t>................................................................................................................</w:t>
      </w:r>
    </w:p>
    <w:p w14:paraId="3D51B194" w14:textId="77777777" w:rsidR="00A97063" w:rsidRPr="004B3F0A" w:rsidRDefault="0082368D">
      <w:pPr>
        <w:spacing w:before="100" w:after="140"/>
        <w:rPr>
          <w:sz w:val="24"/>
          <w:szCs w:val="24"/>
        </w:rPr>
      </w:pPr>
      <w:r w:rsidRPr="004B3F0A">
        <w:rPr>
          <w:b/>
          <w:sz w:val="24"/>
          <w:szCs w:val="24"/>
        </w:rPr>
        <w:t>2. Dış Paydaşların Memnuniyet Anketlerinin Sonuçları</w:t>
      </w:r>
    </w:p>
    <w:p w14:paraId="021651C3" w14:textId="77777777" w:rsidR="00A97063" w:rsidRPr="004B3F0A" w:rsidRDefault="0082368D">
      <w:pPr>
        <w:spacing w:after="20"/>
        <w:ind w:left="567"/>
        <w:rPr>
          <w:sz w:val="24"/>
          <w:szCs w:val="24"/>
        </w:rPr>
      </w:pPr>
      <w:r w:rsidRPr="004B3F0A">
        <w:rPr>
          <w:sz w:val="24"/>
          <w:szCs w:val="24"/>
        </w:rPr>
        <w:t>Güçlü Yönler</w:t>
      </w:r>
    </w:p>
    <w:p w14:paraId="2D4B54E5" w14:textId="77777777" w:rsidR="00A97063" w:rsidRPr="004B3F0A" w:rsidRDefault="0082368D" w:rsidP="004B3F0A">
      <w:pPr>
        <w:pStyle w:val="ListeParagraf"/>
        <w:numPr>
          <w:ilvl w:val="0"/>
          <w:numId w:val="10"/>
        </w:numPr>
        <w:spacing w:after="20"/>
        <w:rPr>
          <w:sz w:val="24"/>
          <w:szCs w:val="24"/>
        </w:rPr>
      </w:pPr>
      <w:r w:rsidRPr="004B3F0A">
        <w:rPr>
          <w:sz w:val="24"/>
          <w:szCs w:val="24"/>
        </w:rPr>
        <w:t>.......................................................................................................</w:t>
      </w:r>
    </w:p>
    <w:p w14:paraId="3E04B1BB" w14:textId="77777777" w:rsidR="00A97063" w:rsidRPr="004B3F0A" w:rsidRDefault="0082368D" w:rsidP="004B3F0A">
      <w:pPr>
        <w:pStyle w:val="ListeParagraf"/>
        <w:numPr>
          <w:ilvl w:val="0"/>
          <w:numId w:val="10"/>
        </w:numPr>
        <w:spacing w:after="20"/>
        <w:rPr>
          <w:sz w:val="24"/>
          <w:szCs w:val="24"/>
        </w:rPr>
      </w:pPr>
      <w:r w:rsidRPr="004B3F0A">
        <w:rPr>
          <w:sz w:val="24"/>
          <w:szCs w:val="24"/>
        </w:rPr>
        <w:t>.......................................................................................................</w:t>
      </w:r>
    </w:p>
    <w:p w14:paraId="552329ED" w14:textId="77777777" w:rsidR="00A97063" w:rsidRPr="004B3F0A" w:rsidRDefault="0082368D">
      <w:pPr>
        <w:spacing w:after="20"/>
        <w:ind w:left="567"/>
        <w:rPr>
          <w:sz w:val="24"/>
          <w:szCs w:val="24"/>
        </w:rPr>
      </w:pPr>
      <w:r w:rsidRPr="004B3F0A">
        <w:rPr>
          <w:sz w:val="24"/>
          <w:szCs w:val="24"/>
        </w:rPr>
        <w:t>Gelişime Açık Alanlar</w:t>
      </w:r>
    </w:p>
    <w:p w14:paraId="410C3E84" w14:textId="77777777" w:rsidR="00A97063" w:rsidRPr="004B3F0A" w:rsidRDefault="0082368D" w:rsidP="004B3F0A">
      <w:pPr>
        <w:pStyle w:val="ListeParagraf"/>
        <w:numPr>
          <w:ilvl w:val="0"/>
          <w:numId w:val="11"/>
        </w:numPr>
        <w:spacing w:after="20"/>
        <w:rPr>
          <w:sz w:val="24"/>
          <w:szCs w:val="24"/>
        </w:rPr>
      </w:pPr>
      <w:r w:rsidRPr="004B3F0A">
        <w:rPr>
          <w:sz w:val="24"/>
          <w:szCs w:val="24"/>
        </w:rPr>
        <w:t>.......................................................................................................</w:t>
      </w:r>
    </w:p>
    <w:p w14:paraId="0DC72A7E" w14:textId="77777777" w:rsidR="00A97063" w:rsidRPr="004B3F0A" w:rsidRDefault="0082368D" w:rsidP="004B3F0A">
      <w:pPr>
        <w:pStyle w:val="ListeParagraf"/>
        <w:numPr>
          <w:ilvl w:val="0"/>
          <w:numId w:val="11"/>
        </w:numPr>
        <w:spacing w:after="20"/>
        <w:rPr>
          <w:sz w:val="24"/>
          <w:szCs w:val="24"/>
        </w:rPr>
      </w:pPr>
      <w:r w:rsidRPr="004B3F0A">
        <w:rPr>
          <w:sz w:val="24"/>
          <w:szCs w:val="24"/>
        </w:rPr>
        <w:t>.......................................................................................................</w:t>
      </w:r>
    </w:p>
    <w:p w14:paraId="2CB5E3C4" w14:textId="77777777" w:rsidR="00A97063" w:rsidRPr="004B3F0A" w:rsidRDefault="0082368D">
      <w:pPr>
        <w:spacing w:before="100" w:after="60"/>
        <w:rPr>
          <w:sz w:val="24"/>
          <w:szCs w:val="24"/>
        </w:rPr>
      </w:pPr>
      <w:r w:rsidRPr="004B3F0A">
        <w:rPr>
          <w:b/>
          <w:sz w:val="24"/>
          <w:szCs w:val="24"/>
        </w:rPr>
        <w:t>3. Dış Paydaşların Önerileri</w:t>
      </w:r>
    </w:p>
    <w:p w14:paraId="58EF8E53" w14:textId="77777777" w:rsidR="00A97063" w:rsidRPr="004B3F0A" w:rsidRDefault="0082368D" w:rsidP="004B3F0A">
      <w:pPr>
        <w:pStyle w:val="ListeParagraf"/>
        <w:numPr>
          <w:ilvl w:val="0"/>
          <w:numId w:val="13"/>
        </w:numPr>
        <w:spacing w:after="20"/>
        <w:rPr>
          <w:sz w:val="24"/>
          <w:szCs w:val="24"/>
        </w:rPr>
      </w:pPr>
      <w:r w:rsidRPr="004B3F0A">
        <w:rPr>
          <w:sz w:val="24"/>
          <w:szCs w:val="24"/>
        </w:rPr>
        <w:t>................................................................................................................</w:t>
      </w:r>
    </w:p>
    <w:p w14:paraId="7933E1DD" w14:textId="77777777" w:rsidR="00A97063" w:rsidRPr="004B3F0A" w:rsidRDefault="0082368D" w:rsidP="004B3F0A">
      <w:pPr>
        <w:pStyle w:val="ListeParagraf"/>
        <w:numPr>
          <w:ilvl w:val="0"/>
          <w:numId w:val="13"/>
        </w:numPr>
        <w:spacing w:after="20"/>
        <w:rPr>
          <w:sz w:val="24"/>
          <w:szCs w:val="24"/>
        </w:rPr>
      </w:pPr>
      <w:r w:rsidRPr="004B3F0A">
        <w:rPr>
          <w:sz w:val="24"/>
          <w:szCs w:val="24"/>
        </w:rPr>
        <w:t>................................................................................................................</w:t>
      </w:r>
    </w:p>
    <w:p w14:paraId="566CC1B6" w14:textId="77777777" w:rsidR="00A97063" w:rsidRPr="004B3F0A" w:rsidRDefault="0082368D">
      <w:pPr>
        <w:spacing w:before="60" w:after="60"/>
        <w:rPr>
          <w:sz w:val="24"/>
          <w:szCs w:val="24"/>
        </w:rPr>
      </w:pPr>
      <w:r w:rsidRPr="004B3F0A">
        <w:rPr>
          <w:sz w:val="24"/>
          <w:szCs w:val="24"/>
        </w:rPr>
        <w:t>Sürekli İyileştirme Önerileri (PÜKO)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A97063" w:rsidRPr="004B3F0A" w14:paraId="7CCDB403" w14:textId="77777777">
        <w:trPr>
          <w:jc w:val="center"/>
        </w:trPr>
        <w:tc>
          <w:tcPr>
            <w:tcW w:w="3402" w:type="dxa"/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5048A6" w14:textId="77777777" w:rsidR="00A97063" w:rsidRPr="004B3F0A" w:rsidRDefault="0082368D">
            <w:pPr>
              <w:spacing w:after="0"/>
              <w:rPr>
                <w:sz w:val="24"/>
                <w:szCs w:val="24"/>
              </w:rPr>
            </w:pPr>
            <w:r w:rsidRPr="004B3F0A">
              <w:rPr>
                <w:b/>
                <w:sz w:val="24"/>
                <w:szCs w:val="24"/>
              </w:rPr>
              <w:t>Belirlenen Alan</w:t>
            </w:r>
          </w:p>
        </w:tc>
        <w:tc>
          <w:tcPr>
            <w:tcW w:w="3402" w:type="dxa"/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FFC081" w14:textId="77777777" w:rsidR="00A97063" w:rsidRPr="004B3F0A" w:rsidRDefault="0082368D">
            <w:pPr>
              <w:spacing w:after="0"/>
              <w:rPr>
                <w:sz w:val="24"/>
                <w:szCs w:val="24"/>
              </w:rPr>
            </w:pPr>
            <w:r w:rsidRPr="004B3F0A">
              <w:rPr>
                <w:b/>
                <w:sz w:val="24"/>
                <w:szCs w:val="24"/>
              </w:rPr>
              <w:t>Planlanan İyileştirme</w:t>
            </w:r>
          </w:p>
        </w:tc>
        <w:tc>
          <w:tcPr>
            <w:tcW w:w="3402" w:type="dxa"/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88D12E" w14:textId="77777777" w:rsidR="00A97063" w:rsidRPr="004B3F0A" w:rsidRDefault="0082368D">
            <w:pPr>
              <w:spacing w:after="0"/>
              <w:rPr>
                <w:sz w:val="24"/>
                <w:szCs w:val="24"/>
              </w:rPr>
            </w:pPr>
            <w:r w:rsidRPr="004B3F0A">
              <w:rPr>
                <w:b/>
                <w:sz w:val="24"/>
                <w:szCs w:val="24"/>
              </w:rPr>
              <w:t>İzleme/Değerlendirme</w:t>
            </w:r>
          </w:p>
        </w:tc>
      </w:tr>
      <w:tr w:rsidR="00A97063" w:rsidRPr="004B3F0A" w14:paraId="0FAB7246" w14:textId="77777777">
        <w:trPr>
          <w:jc w:val="center"/>
        </w:trPr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7FE347" w14:textId="77777777" w:rsidR="00A97063" w:rsidRPr="004B3F0A" w:rsidRDefault="00A9706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3F154E" w14:textId="77777777" w:rsidR="00A97063" w:rsidRPr="004B3F0A" w:rsidRDefault="00A9706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210436" w14:textId="77777777" w:rsidR="00A97063" w:rsidRPr="004B3F0A" w:rsidRDefault="00A97063">
            <w:pPr>
              <w:spacing w:after="0"/>
              <w:rPr>
                <w:sz w:val="24"/>
                <w:szCs w:val="24"/>
              </w:rPr>
            </w:pPr>
          </w:p>
        </w:tc>
      </w:tr>
      <w:tr w:rsidR="00A97063" w:rsidRPr="004B3F0A" w14:paraId="2FA41251" w14:textId="77777777">
        <w:trPr>
          <w:jc w:val="center"/>
        </w:trPr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4B9510" w14:textId="77777777" w:rsidR="00A97063" w:rsidRPr="004B3F0A" w:rsidRDefault="00A9706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A2520A" w14:textId="77777777" w:rsidR="00A97063" w:rsidRPr="004B3F0A" w:rsidRDefault="00A9706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32318F" w14:textId="77777777" w:rsidR="00A97063" w:rsidRPr="004B3F0A" w:rsidRDefault="00A97063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445F7F53" w14:textId="77777777" w:rsidR="00A97063" w:rsidRPr="004B3F0A" w:rsidRDefault="0082368D">
      <w:pPr>
        <w:spacing w:before="140" w:after="40"/>
        <w:rPr>
          <w:sz w:val="24"/>
          <w:szCs w:val="24"/>
        </w:rPr>
      </w:pPr>
      <w:r w:rsidRPr="004B3F0A">
        <w:rPr>
          <w:sz w:val="24"/>
          <w:szCs w:val="24"/>
        </w:rPr>
        <w:t>Sonuç ve Değerlendirme</w:t>
      </w:r>
    </w:p>
    <w:p w14:paraId="1EA45B16" w14:textId="77777777" w:rsidR="00A97063" w:rsidRPr="004B3F0A" w:rsidRDefault="0082368D" w:rsidP="004B3F0A">
      <w:pPr>
        <w:pStyle w:val="ListeParagraf"/>
        <w:numPr>
          <w:ilvl w:val="0"/>
          <w:numId w:val="14"/>
        </w:numPr>
        <w:spacing w:after="20"/>
        <w:rPr>
          <w:sz w:val="24"/>
          <w:szCs w:val="24"/>
        </w:rPr>
      </w:pPr>
      <w:r w:rsidRPr="004B3F0A">
        <w:rPr>
          <w:sz w:val="24"/>
          <w:szCs w:val="24"/>
        </w:rPr>
        <w:t>................................................................................................................</w:t>
      </w:r>
    </w:p>
    <w:p w14:paraId="22471CDB" w14:textId="77777777" w:rsidR="00A97063" w:rsidRPr="004B3F0A" w:rsidRDefault="0082368D" w:rsidP="004B3F0A">
      <w:pPr>
        <w:pStyle w:val="ListeParagraf"/>
        <w:numPr>
          <w:ilvl w:val="0"/>
          <w:numId w:val="14"/>
        </w:numPr>
        <w:spacing w:after="20"/>
        <w:rPr>
          <w:sz w:val="24"/>
          <w:szCs w:val="24"/>
        </w:rPr>
      </w:pPr>
      <w:r w:rsidRPr="004B3F0A">
        <w:rPr>
          <w:sz w:val="24"/>
          <w:szCs w:val="24"/>
        </w:rPr>
        <w:t>................................................................................................................</w:t>
      </w:r>
    </w:p>
    <w:p w14:paraId="1D2ACA70" w14:textId="77777777" w:rsidR="00A97063" w:rsidRPr="004B3F0A" w:rsidRDefault="0082368D" w:rsidP="0068613F">
      <w:pPr>
        <w:spacing w:before="100" w:after="160"/>
        <w:rPr>
          <w:sz w:val="24"/>
          <w:szCs w:val="24"/>
        </w:rPr>
      </w:pPr>
      <w:proofErr w:type="spellStart"/>
      <w:r w:rsidRPr="004B3F0A">
        <w:rPr>
          <w:sz w:val="24"/>
          <w:szCs w:val="24"/>
        </w:rPr>
        <w:t>Belirlenen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gelişime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açık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alanlara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yönelik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iyileştirme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çalışmaları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bir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sonraki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staj</w:t>
      </w:r>
      <w:proofErr w:type="spellEnd"/>
      <w:r w:rsidR="0068613F">
        <w:rPr>
          <w:sz w:val="24"/>
          <w:szCs w:val="24"/>
        </w:rPr>
        <w:t>/</w:t>
      </w:r>
      <w:proofErr w:type="spellStart"/>
      <w:r w:rsidR="0068613F">
        <w:rPr>
          <w:sz w:val="24"/>
          <w:szCs w:val="24"/>
        </w:rPr>
        <w:t>uygulama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döneminde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uygulanacak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ve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dış</w:t>
      </w:r>
      <w:proofErr w:type="spellEnd"/>
      <w:r w:rsidR="0068613F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paydaş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geri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bildirimleri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ile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yeniden</w:t>
      </w:r>
      <w:proofErr w:type="spellEnd"/>
      <w:r w:rsidRPr="004B3F0A">
        <w:rPr>
          <w:sz w:val="24"/>
          <w:szCs w:val="24"/>
        </w:rPr>
        <w:t xml:space="preserve"> </w:t>
      </w:r>
      <w:proofErr w:type="spellStart"/>
      <w:r w:rsidRPr="004B3F0A">
        <w:rPr>
          <w:sz w:val="24"/>
          <w:szCs w:val="24"/>
        </w:rPr>
        <w:t>değerlendirilecektir</w:t>
      </w:r>
      <w:proofErr w:type="spellEnd"/>
      <w:r w:rsidRPr="004B3F0A">
        <w:rPr>
          <w:sz w:val="24"/>
          <w:szCs w:val="24"/>
        </w:rPr>
        <w:t>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A97063" w:rsidRPr="004B3F0A" w14:paraId="76CAED83" w14:textId="77777777">
        <w:trPr>
          <w:jc w:val="center"/>
        </w:trPr>
        <w:tc>
          <w:tcPr>
            <w:tcW w:w="49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A4EC1A" w14:textId="77777777" w:rsidR="00A97063" w:rsidRPr="004B3F0A" w:rsidRDefault="0082368D">
            <w:pPr>
              <w:spacing w:after="0"/>
              <w:rPr>
                <w:sz w:val="24"/>
                <w:szCs w:val="24"/>
              </w:rPr>
            </w:pPr>
            <w:r w:rsidRPr="004B3F0A">
              <w:rPr>
                <w:b/>
                <w:sz w:val="24"/>
                <w:szCs w:val="24"/>
              </w:rPr>
              <w:t>Raporu Hazırlayan: ................................................</w:t>
            </w:r>
          </w:p>
        </w:tc>
        <w:tc>
          <w:tcPr>
            <w:tcW w:w="49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026AE1" w14:textId="77777777" w:rsidR="00A97063" w:rsidRPr="004B3F0A" w:rsidRDefault="0082368D">
            <w:pPr>
              <w:spacing w:after="0"/>
              <w:rPr>
                <w:sz w:val="24"/>
                <w:szCs w:val="24"/>
              </w:rPr>
            </w:pPr>
            <w:r w:rsidRPr="004B3F0A">
              <w:rPr>
                <w:b/>
                <w:sz w:val="24"/>
                <w:szCs w:val="24"/>
              </w:rPr>
              <w:t>Tarih: ........................................</w:t>
            </w:r>
          </w:p>
        </w:tc>
      </w:tr>
    </w:tbl>
    <w:p w14:paraId="6206A822" w14:textId="77777777" w:rsidR="00A97063" w:rsidRPr="004B3F0A" w:rsidRDefault="00A97063">
      <w:pPr>
        <w:spacing w:before="100" w:after="0"/>
        <w:jc w:val="center"/>
        <w:rPr>
          <w:i/>
          <w:sz w:val="20"/>
          <w:szCs w:val="20"/>
          <w:u w:val="single"/>
        </w:rPr>
      </w:pPr>
    </w:p>
    <w:sectPr w:rsidR="00A97063" w:rsidRPr="004B3F0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94" w:right="1020" w:bottom="68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CD09BF" w14:textId="77777777" w:rsidR="00C03ED5" w:rsidRDefault="00C03ED5" w:rsidP="00266541">
      <w:pPr>
        <w:spacing w:after="0" w:line="240" w:lineRule="auto"/>
      </w:pPr>
      <w:r>
        <w:separator/>
      </w:r>
    </w:p>
  </w:endnote>
  <w:endnote w:type="continuationSeparator" w:id="0">
    <w:p w14:paraId="171316E6" w14:textId="77777777" w:rsidR="00C03ED5" w:rsidRDefault="00C03ED5" w:rsidP="00266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2FAA0" w14:textId="77777777" w:rsidR="00640A98" w:rsidRDefault="00640A9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E7B95" w14:textId="6D8BEF3B" w:rsidR="00266541" w:rsidRPr="00291A6C" w:rsidRDefault="00266541" w:rsidP="00266541">
    <w:pPr>
      <w:pStyle w:val="AltBilgi"/>
    </w:pPr>
    <w:r>
      <w:rPr>
        <w:i/>
        <w:iCs/>
      </w:rPr>
      <w:t>SHMY.FRM.65</w:t>
    </w:r>
    <w:r w:rsidRPr="00291A6C">
      <w:rPr>
        <w:i/>
        <w:iCs/>
      </w:rPr>
      <w:t xml:space="preserve"> /Rev.00</w:t>
    </w:r>
  </w:p>
  <w:p w14:paraId="2EC4DAF9" w14:textId="77777777" w:rsidR="00266541" w:rsidRDefault="0026654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85123" w14:textId="77777777" w:rsidR="00640A98" w:rsidRDefault="00640A9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0FCC58" w14:textId="77777777" w:rsidR="00C03ED5" w:rsidRDefault="00C03ED5" w:rsidP="00266541">
      <w:pPr>
        <w:spacing w:after="0" w:line="240" w:lineRule="auto"/>
      </w:pPr>
      <w:r>
        <w:separator/>
      </w:r>
    </w:p>
  </w:footnote>
  <w:footnote w:type="continuationSeparator" w:id="0">
    <w:p w14:paraId="0E988C45" w14:textId="77777777" w:rsidR="00C03ED5" w:rsidRDefault="00C03ED5" w:rsidP="00266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FBA64" w14:textId="77777777" w:rsidR="00640A98" w:rsidRDefault="00640A9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9" w:type="dxa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36"/>
      <w:gridCol w:w="9113"/>
    </w:tblGrid>
    <w:tr w:rsidR="00266541" w:rsidRPr="00C84CF5" w14:paraId="46EA2950" w14:textId="77777777" w:rsidTr="00D6138A">
      <w:trPr>
        <w:trHeight w:val="1360"/>
      </w:trPr>
      <w:tc>
        <w:tcPr>
          <w:tcW w:w="12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FD9A0CD" w14:textId="77777777" w:rsidR="00266541" w:rsidRPr="00C84CF5" w:rsidRDefault="00266541" w:rsidP="002665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eastAsia="Times New Roman" w:cs="Times New Roman"/>
              <w:color w:val="000000"/>
              <w:lang w:eastAsia="tr-TR"/>
            </w:rPr>
          </w:pPr>
          <w:r w:rsidRPr="00C84CF5">
            <w:rPr>
              <w:rFonts w:eastAsia="Times New Roman" w:cs="Times New Roman"/>
              <w:noProof/>
              <w:color w:val="000000"/>
              <w:lang w:val="tr-TR" w:eastAsia="tr-TR"/>
            </w:rPr>
            <w:drawing>
              <wp:inline distT="0" distB="0" distL="0" distR="0" wp14:anchorId="203FBA41" wp14:editId="47D9216F">
                <wp:extent cx="647700" cy="561975"/>
                <wp:effectExtent l="0" t="0" r="0" b="0"/>
                <wp:docPr id="1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1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62321E6" w14:textId="053BBE90" w:rsidR="00266541" w:rsidRPr="00C84CF5" w:rsidRDefault="00266541" w:rsidP="002665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Times New Roman" w:cs="Times New Roman"/>
              <w:b/>
              <w:color w:val="000000"/>
              <w:sz w:val="24"/>
              <w:szCs w:val="24"/>
              <w:lang w:eastAsia="tr-TR"/>
            </w:rPr>
          </w:pPr>
          <w:bookmarkStart w:id="0" w:name="_heading=h.gjdgxs" w:colFirst="0" w:colLast="0"/>
          <w:bookmarkEnd w:id="0"/>
          <w:r w:rsidRPr="00C84CF5">
            <w:rPr>
              <w:rFonts w:eastAsia="Times New Roman" w:cs="Times New Roman"/>
              <w:b/>
              <w:color w:val="000000"/>
              <w:sz w:val="24"/>
              <w:szCs w:val="24"/>
              <w:lang w:eastAsia="tr-TR"/>
            </w:rPr>
            <w:t xml:space="preserve">SAĞLIK HİZMETLERİ MESLEK YÜKSEKOKULU </w:t>
          </w:r>
        </w:p>
        <w:p w14:paraId="65842F84" w14:textId="1220198D" w:rsidR="00266541" w:rsidRPr="00266541" w:rsidRDefault="004F08B7" w:rsidP="002665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Times New Roman" w:cs="Times New Roman"/>
              <w:b/>
              <w:color w:val="000000"/>
              <w:sz w:val="24"/>
              <w:szCs w:val="24"/>
              <w:lang w:eastAsia="tr-TR"/>
            </w:rPr>
          </w:pPr>
          <w:r>
            <w:rPr>
              <w:rFonts w:eastAsia="Times New Roman" w:cs="Times New Roman"/>
              <w:b/>
              <w:color w:val="000000"/>
              <w:sz w:val="24"/>
              <w:szCs w:val="24"/>
              <w:lang w:eastAsia="tr-TR"/>
            </w:rPr>
            <w:t xml:space="preserve">..... </w:t>
          </w:r>
          <w:r w:rsidR="00266541" w:rsidRPr="00266541">
            <w:rPr>
              <w:rFonts w:eastAsia="Times New Roman" w:cs="Times New Roman"/>
              <w:b/>
              <w:color w:val="000000"/>
              <w:sz w:val="24"/>
              <w:szCs w:val="24"/>
              <w:lang w:eastAsia="tr-TR"/>
            </w:rPr>
            <w:t>AKADEMİK YILI</w:t>
          </w:r>
        </w:p>
        <w:p w14:paraId="6CD87415" w14:textId="57AC3B0A" w:rsidR="00266541" w:rsidRPr="00266541" w:rsidRDefault="004F08B7" w:rsidP="002665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Times New Roman" w:cs="Times New Roman"/>
              <w:b/>
              <w:color w:val="000000"/>
              <w:sz w:val="24"/>
              <w:szCs w:val="24"/>
              <w:lang w:eastAsia="tr-TR"/>
            </w:rPr>
          </w:pPr>
          <w:r>
            <w:rPr>
              <w:rFonts w:eastAsia="Times New Roman" w:cs="Times New Roman"/>
              <w:b/>
              <w:color w:val="000000"/>
              <w:sz w:val="24"/>
              <w:szCs w:val="24"/>
              <w:lang w:eastAsia="tr-TR"/>
            </w:rPr>
            <w:t xml:space="preserve">..... </w:t>
          </w:r>
          <w:r w:rsidR="00640A98">
            <w:rPr>
              <w:rFonts w:eastAsia="Times New Roman" w:cs="Times New Roman"/>
              <w:b/>
              <w:color w:val="000000"/>
              <w:sz w:val="24"/>
              <w:szCs w:val="24"/>
              <w:lang w:eastAsia="tr-TR"/>
            </w:rPr>
            <w:t xml:space="preserve">DÖNEMİ DIŞ PAYDAŞ ANALİZ </w:t>
          </w:r>
          <w:r w:rsidR="00640A98">
            <w:rPr>
              <w:rFonts w:eastAsia="Times New Roman" w:cs="Times New Roman"/>
              <w:b/>
              <w:color w:val="000000"/>
              <w:sz w:val="24"/>
              <w:szCs w:val="24"/>
              <w:lang w:eastAsia="tr-TR"/>
            </w:rPr>
            <w:t>RAPOR</w:t>
          </w:r>
          <w:bookmarkStart w:id="1" w:name="_GoBack"/>
          <w:bookmarkEnd w:id="1"/>
          <w:r w:rsidR="00266541">
            <w:rPr>
              <w:rFonts w:eastAsia="Times New Roman" w:cs="Times New Roman"/>
              <w:b/>
              <w:color w:val="000000"/>
              <w:sz w:val="24"/>
              <w:szCs w:val="24"/>
              <w:lang w:eastAsia="tr-TR"/>
            </w:rPr>
            <w:t xml:space="preserve"> FORMU</w:t>
          </w:r>
        </w:p>
      </w:tc>
    </w:tr>
  </w:tbl>
  <w:p w14:paraId="2ADFEF58" w14:textId="77777777" w:rsidR="00266541" w:rsidRDefault="0026654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D3239" w14:textId="77777777" w:rsidR="00640A98" w:rsidRDefault="00640A9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F277C0"/>
    <w:multiLevelType w:val="hybridMultilevel"/>
    <w:tmpl w:val="A11C4F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BF474B"/>
    <w:multiLevelType w:val="hybridMultilevel"/>
    <w:tmpl w:val="85E63A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796DFC"/>
    <w:multiLevelType w:val="hybridMultilevel"/>
    <w:tmpl w:val="482873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652F8D"/>
    <w:multiLevelType w:val="hybridMultilevel"/>
    <w:tmpl w:val="C406A7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A7D46"/>
    <w:multiLevelType w:val="hybridMultilevel"/>
    <w:tmpl w:val="856CF3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2"/>
  </w:num>
  <w:num w:numId="12">
    <w:abstractNumId w:val="11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66541"/>
    <w:rsid w:val="0029639D"/>
    <w:rsid w:val="00326F90"/>
    <w:rsid w:val="004B3F0A"/>
    <w:rsid w:val="004F08B7"/>
    <w:rsid w:val="00640A98"/>
    <w:rsid w:val="0068613F"/>
    <w:rsid w:val="0078276B"/>
    <w:rsid w:val="0082368D"/>
    <w:rsid w:val="00A97063"/>
    <w:rsid w:val="00AA1D8D"/>
    <w:rsid w:val="00AF6C00"/>
    <w:rsid w:val="00B47730"/>
    <w:rsid w:val="00C03ED5"/>
    <w:rsid w:val="00C6066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02D63A"/>
  <w14:defaultImageDpi w14:val="300"/>
  <w15:docId w15:val="{D4AE0DA1-1293-47D2-B971-021960EE5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142FF5-5C73-46F9-B842-5B5182AEE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Baskent</cp:lastModifiedBy>
  <cp:revision>4</cp:revision>
  <dcterms:created xsi:type="dcterms:W3CDTF">2026-08-26T12:12:00Z</dcterms:created>
  <dcterms:modified xsi:type="dcterms:W3CDTF">2026-08-31T11:23:00Z</dcterms:modified>
  <cp:category/>
</cp:coreProperties>
</file>